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DESRA GROUP | EDITABLE PLANNING TEMPLATE</w:t>
      </w:r>
    </w:p>
    <w:p>
      <w:pPr>
        <w:pStyle w:val="Title"/>
      </w:pPr>
      <w:r>
        <w:t>[Company Legal Name]</w:t>
      </w:r>
    </w:p>
    <w:p>
      <w:r>
        <w:t>[One sentence: the buyer problem you solve and the product or service you deliver.]</w:t>
      </w:r>
    </w:p>
    <w:p>
      <w:pPr>
        <w:pStyle w:val="Heading2"/>
      </w:pPr>
      <w:r>
        <w:t>Core Competencies</w:t>
      </w:r>
    </w:p>
    <w:p>
      <w:r>
        <w:t>[List 3 to 5 specific capabilities relevant to the recipient.]</w:t>
      </w:r>
    </w:p>
    <w:p>
      <w:pPr>
        <w:pStyle w:val="Heading2"/>
      </w:pPr>
      <w:r>
        <w:t>Differentiators</w:t>
      </w:r>
    </w:p>
    <w:p>
      <w:r>
        <w:t>[State substantiated distinctions. Avoid unsupported rankings or claims.]</w:t>
      </w:r>
    </w:p>
    <w:p>
      <w:pPr>
        <w:pStyle w:val="Heading2"/>
      </w:pPr>
      <w:r>
        <w:t>Relevant Experience</w:t>
      </w:r>
    </w:p>
    <w:p>
      <w:r>
        <w:t>[Describe authorized project examples: scope, your role, and evidence of results. Clearly label commercial work and individual prior-employer experience.]</w:t>
      </w:r>
    </w:p>
    <w:p>
      <w:pPr>
        <w:pStyle w:val="Heading2"/>
      </w:pPr>
      <w:r>
        <w:t>Company Information</w:t>
      </w:r>
    </w:p>
    <w:p>
      <w:r>
        <w:t>[Location] | [Relevant NAICS codes]</w:t>
        <w:br/>
        <w:t>[UEI, if assigned] | [CAGE, if applicable]</w:t>
        <w:br/>
        <w:t>[Accurate business status and current granted certifications only]</w:t>
      </w:r>
    </w:p>
    <w:p>
      <w:pPr>
        <w:pStyle w:val="Heading2"/>
      </w:pPr>
      <w:r>
        <w:t>Contact</w:t>
      </w:r>
    </w:p>
    <w:p>
      <w:r>
        <w:t>[Named contact and title] | [Business email] | [Phone] | [Website]</w:t>
      </w:r>
    </w:p>
    <w:p>
      <w:r>
        <w:rPr>
          <w:sz w:val="16"/>
        </w:rPr>
        <w:t>Before sharing: replace every placeholder, tailor to the buyer, confirm permission for customer references, and remove sensitive tax, banking, personal-clearance, and controlled information. This template is not proof of eligibility or certification.</w:t>
      </w:r>
    </w:p>
    <w:p>
      <w:pPr>
        <w:pStyle w:val="Caption"/>
      </w:pPr>
      <w:r>
        <w:t>desragroup.com/resources | Solution Network: Send Us Your Capabilities</w:t>
      </w:r>
    </w:p>
    <w:sectPr w:rsidR="00FC693F" w:rsidRPr="0006063C" w:rsidSect="00034616">
      <w:pgSz w:w="12240" w:h="15840"/>
      <w:pgMar w:top="792" w:right="1800" w:bottom="79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